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7979" w14:textId="2339BE5D" w:rsidR="00CF1111" w:rsidRPr="00817451" w:rsidRDefault="00B22B7C" w:rsidP="00632878">
      <w:r w:rsidRPr="00817451">
        <w:rPr>
          <w:noProof/>
        </w:rPr>
        <w:drawing>
          <wp:anchor distT="0" distB="0" distL="114300" distR="114300" simplePos="0" relativeHeight="251658240" behindDoc="1" locked="0" layoutInCell="1" allowOverlap="1" wp14:anchorId="6F0BC1EB" wp14:editId="0B7B67EE">
            <wp:simplePos x="0" y="0"/>
            <wp:positionH relativeFrom="column">
              <wp:posOffset>4472940</wp:posOffset>
            </wp:positionH>
            <wp:positionV relativeFrom="paragraph">
              <wp:posOffset>0</wp:posOffset>
            </wp:positionV>
            <wp:extent cx="1016000" cy="716280"/>
            <wp:effectExtent l="0" t="0" r="0" b="7620"/>
            <wp:wrapTight wrapText="bothSides">
              <wp:wrapPolygon edited="0">
                <wp:start x="0" y="0"/>
                <wp:lineTo x="0" y="21255"/>
                <wp:lineTo x="21060" y="21255"/>
                <wp:lineTo x="210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_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7451">
        <w:rPr>
          <w:b/>
          <w:sz w:val="24"/>
        </w:rPr>
        <w:t>MAS Brána do Českého ráje, z.s.</w:t>
      </w:r>
      <w:r w:rsidRPr="00817451">
        <w:rPr>
          <w:b/>
          <w:sz w:val="24"/>
        </w:rPr>
        <w:br/>
      </w:r>
      <w:r w:rsidRPr="00817451">
        <w:rPr>
          <w:sz w:val="20"/>
        </w:rPr>
        <w:t>IČO: 27045757</w:t>
      </w:r>
      <w:r w:rsidRPr="00817451">
        <w:rPr>
          <w:sz w:val="20"/>
        </w:rPr>
        <w:br/>
      </w:r>
      <w:r w:rsidR="00632878" w:rsidRPr="00817451">
        <w:rPr>
          <w:sz w:val="20"/>
        </w:rPr>
        <w:t xml:space="preserve">kancelář MAS: </w:t>
      </w:r>
      <w:r w:rsidRPr="00817451">
        <w:rPr>
          <w:sz w:val="20"/>
        </w:rPr>
        <w:t>Dukelské náměstí 39, 509 01 Nová Paka</w:t>
      </w:r>
      <w:r w:rsidRPr="00817451">
        <w:rPr>
          <w:sz w:val="20"/>
        </w:rPr>
        <w:br/>
        <w:t>www.masbcr.cz</w:t>
      </w:r>
      <w:r w:rsidRPr="00817451">
        <w:rPr>
          <w:sz w:val="20"/>
        </w:rPr>
        <w:br/>
      </w:r>
      <w:r w:rsidR="000A7CD0">
        <w:t>_________________________________________________________________________________________________________</w:t>
      </w:r>
    </w:p>
    <w:p w14:paraId="5887F1EB" w14:textId="35575F4E" w:rsidR="00CF1111" w:rsidRPr="00817451" w:rsidRDefault="00B22B7C">
      <w:pPr>
        <w:pStyle w:val="Nadpis1"/>
        <w:jc w:val="center"/>
      </w:pPr>
      <w:r w:rsidRPr="00817451">
        <w:t xml:space="preserve">Partnerská nabídka spolupráce – </w:t>
      </w:r>
      <w:r w:rsidR="000A7CD0">
        <w:br/>
      </w:r>
      <w:r w:rsidRPr="00817451">
        <w:t>propagace MAS Brána do Českého ráje, z.s. na veřejné akci 2026</w:t>
      </w:r>
    </w:p>
    <w:p w14:paraId="7258B1D7" w14:textId="77777777" w:rsidR="00CF1111" w:rsidRPr="00817451" w:rsidRDefault="00B22B7C">
      <w:pPr>
        <w:pStyle w:val="Nadpis2"/>
      </w:pPr>
      <w:r w:rsidRPr="00817451">
        <w:t>1. Základní identifikace</w:t>
      </w:r>
    </w:p>
    <w:p w14:paraId="3AAAFCAA" w14:textId="462B0A9C" w:rsidR="002674F0" w:rsidRDefault="00B22B7C" w:rsidP="002674F0">
      <w:pPr>
        <w:spacing w:after="0"/>
      </w:pPr>
      <w:r w:rsidRPr="00817451">
        <w:t>Pořadatel akce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26"/>
        <w:gridCol w:w="4515"/>
        <w:gridCol w:w="1339"/>
      </w:tblGrid>
      <w:tr w:rsidR="002674F0" w14:paraId="0166EFCA" w14:textId="77777777" w:rsidTr="002674F0">
        <w:tc>
          <w:tcPr>
            <w:tcW w:w="2926" w:type="dxa"/>
          </w:tcPr>
          <w:p w14:paraId="75734B26" w14:textId="53C6B3ED" w:rsidR="002674F0" w:rsidRDefault="002674F0" w:rsidP="00030709">
            <w:pPr>
              <w:jc w:val="center"/>
            </w:pPr>
            <w:r w:rsidRPr="00817451">
              <w:t>název</w:t>
            </w:r>
          </w:p>
        </w:tc>
        <w:tc>
          <w:tcPr>
            <w:tcW w:w="4515" w:type="dxa"/>
          </w:tcPr>
          <w:p w14:paraId="6316E025" w14:textId="1FD990D6" w:rsidR="002674F0" w:rsidRDefault="002674F0" w:rsidP="00030709">
            <w:pPr>
              <w:jc w:val="center"/>
            </w:pPr>
            <w:r w:rsidRPr="00817451">
              <w:t>adresa</w:t>
            </w:r>
          </w:p>
        </w:tc>
        <w:tc>
          <w:tcPr>
            <w:tcW w:w="1339" w:type="dxa"/>
          </w:tcPr>
          <w:p w14:paraId="7FA1E8A5" w14:textId="784C33BA" w:rsidR="002674F0" w:rsidRDefault="002674F0" w:rsidP="00030709">
            <w:pPr>
              <w:jc w:val="center"/>
            </w:pPr>
            <w:r w:rsidRPr="00817451">
              <w:t>IČO</w:t>
            </w:r>
          </w:p>
        </w:tc>
      </w:tr>
      <w:tr w:rsidR="002674F0" w14:paraId="36CC411F" w14:textId="77777777" w:rsidTr="002674F0">
        <w:tc>
          <w:tcPr>
            <w:tcW w:w="2926" w:type="dxa"/>
          </w:tcPr>
          <w:p w14:paraId="6509D6F2" w14:textId="0EDD4A64" w:rsidR="002674F0" w:rsidRPr="00BA7FF5" w:rsidRDefault="002674F0" w:rsidP="002674F0">
            <w:pPr>
              <w:rPr>
                <w:b/>
                <w:bCs/>
              </w:rPr>
            </w:pPr>
          </w:p>
        </w:tc>
        <w:tc>
          <w:tcPr>
            <w:tcW w:w="4515" w:type="dxa"/>
          </w:tcPr>
          <w:p w14:paraId="4587F574" w14:textId="1270DD0F" w:rsidR="002674F0" w:rsidRDefault="002674F0" w:rsidP="002674F0"/>
        </w:tc>
        <w:tc>
          <w:tcPr>
            <w:tcW w:w="1339" w:type="dxa"/>
          </w:tcPr>
          <w:p w14:paraId="0BE04BE5" w14:textId="3D4EC88F" w:rsidR="002674F0" w:rsidRDefault="002674F0" w:rsidP="002674F0"/>
        </w:tc>
      </w:tr>
    </w:tbl>
    <w:p w14:paraId="08381643" w14:textId="77777777" w:rsidR="002674F0" w:rsidRDefault="002674F0" w:rsidP="002674F0">
      <w:pPr>
        <w:spacing w:after="0"/>
      </w:pPr>
    </w:p>
    <w:p w14:paraId="1D411A43" w14:textId="708637AD" w:rsidR="002674F0" w:rsidRPr="00817451" w:rsidRDefault="00B22B7C" w:rsidP="002674F0">
      <w:pPr>
        <w:spacing w:after="0"/>
      </w:pPr>
      <w:r w:rsidRPr="00817451">
        <w:t>Kontaktní osoba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2674F0" w14:paraId="6ECD7C08" w14:textId="77777777" w:rsidTr="002674F0">
        <w:tc>
          <w:tcPr>
            <w:tcW w:w="2926" w:type="dxa"/>
          </w:tcPr>
          <w:p w14:paraId="6897CCB1" w14:textId="236D8459" w:rsidR="002674F0" w:rsidRDefault="002674F0" w:rsidP="00030709">
            <w:pPr>
              <w:jc w:val="center"/>
            </w:pPr>
            <w:r>
              <w:t>Jméno a příjmení</w:t>
            </w:r>
          </w:p>
        </w:tc>
        <w:tc>
          <w:tcPr>
            <w:tcW w:w="2927" w:type="dxa"/>
          </w:tcPr>
          <w:p w14:paraId="22948103" w14:textId="3F076F15" w:rsidR="002674F0" w:rsidRDefault="002674F0" w:rsidP="00030709">
            <w:pPr>
              <w:jc w:val="center"/>
            </w:pPr>
            <w:r>
              <w:t>telefon</w:t>
            </w:r>
          </w:p>
        </w:tc>
        <w:tc>
          <w:tcPr>
            <w:tcW w:w="2927" w:type="dxa"/>
          </w:tcPr>
          <w:p w14:paraId="36261A58" w14:textId="46237C87" w:rsidR="002674F0" w:rsidRDefault="002674F0" w:rsidP="00030709">
            <w:pPr>
              <w:jc w:val="center"/>
            </w:pPr>
            <w:r>
              <w:t>e-mail</w:t>
            </w:r>
          </w:p>
        </w:tc>
      </w:tr>
      <w:tr w:rsidR="002674F0" w14:paraId="0E6F9BB2" w14:textId="77777777" w:rsidTr="002674F0">
        <w:tc>
          <w:tcPr>
            <w:tcW w:w="2926" w:type="dxa"/>
          </w:tcPr>
          <w:p w14:paraId="5C1C257B" w14:textId="21A9C75C" w:rsidR="002674F0" w:rsidRDefault="002674F0"/>
        </w:tc>
        <w:tc>
          <w:tcPr>
            <w:tcW w:w="2927" w:type="dxa"/>
          </w:tcPr>
          <w:p w14:paraId="3ED6D326" w14:textId="46721559" w:rsidR="002674F0" w:rsidRDefault="002674F0"/>
        </w:tc>
        <w:tc>
          <w:tcPr>
            <w:tcW w:w="2927" w:type="dxa"/>
          </w:tcPr>
          <w:p w14:paraId="526F2F1F" w14:textId="59E878E0" w:rsidR="002674F0" w:rsidRDefault="002674F0"/>
        </w:tc>
      </w:tr>
    </w:tbl>
    <w:p w14:paraId="7E91029F" w14:textId="22511FE3" w:rsidR="00CF1111" w:rsidRPr="00817451" w:rsidRDefault="00CF1111"/>
    <w:p w14:paraId="1C1E97C8" w14:textId="77777777" w:rsidR="00CF1111" w:rsidRPr="00817451" w:rsidRDefault="00B22B7C">
      <w:pPr>
        <w:pStyle w:val="Nadpis2"/>
      </w:pPr>
      <w:r w:rsidRPr="00817451">
        <w:t>2. Základní informace o akci</w:t>
      </w:r>
    </w:p>
    <w:p w14:paraId="5CB19D9C" w14:textId="43C64E9F" w:rsidR="00CF1111" w:rsidRDefault="00B22B7C" w:rsidP="002674F0">
      <w:pPr>
        <w:spacing w:after="0" w:line="240" w:lineRule="auto"/>
        <w:rPr>
          <w:rFonts w:cstheme="minorHAnsi"/>
          <w:b/>
        </w:rPr>
      </w:pPr>
      <w:r w:rsidRPr="00817451">
        <w:t>Název akce: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8780"/>
      </w:tblGrid>
      <w:tr w:rsidR="00BA7FF5" w14:paraId="37B13E99" w14:textId="77777777" w:rsidTr="00BA7FF5">
        <w:tc>
          <w:tcPr>
            <w:tcW w:w="8780" w:type="dxa"/>
          </w:tcPr>
          <w:p w14:paraId="7BB707C0" w14:textId="0951C79A" w:rsidR="00BA7FF5" w:rsidRDefault="00BA7FF5" w:rsidP="002674F0">
            <w:pPr>
              <w:rPr>
                <w:rFonts w:cstheme="minorHAnsi"/>
                <w:b/>
              </w:rPr>
            </w:pPr>
          </w:p>
        </w:tc>
      </w:tr>
    </w:tbl>
    <w:p w14:paraId="3D37DD83" w14:textId="77777777" w:rsidR="002674F0" w:rsidRPr="002674F0" w:rsidRDefault="002674F0" w:rsidP="002674F0">
      <w:pPr>
        <w:spacing w:after="0" w:line="240" w:lineRule="auto"/>
        <w:rPr>
          <w:rFonts w:cstheme="minorHAnsi"/>
          <w:b/>
        </w:rPr>
      </w:pPr>
    </w:p>
    <w:p w14:paraId="5F54F373" w14:textId="22E07629" w:rsidR="00BA7FF5" w:rsidRPr="00817451" w:rsidRDefault="00B22B7C" w:rsidP="00BA7FF5">
      <w:pPr>
        <w:spacing w:after="0"/>
      </w:pPr>
      <w:r w:rsidRPr="00817451">
        <w:t>Termín a místo konání: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8780"/>
      </w:tblGrid>
      <w:tr w:rsidR="00BA7FF5" w14:paraId="4F1DCA41" w14:textId="77777777" w:rsidTr="00BA7FF5">
        <w:tc>
          <w:tcPr>
            <w:tcW w:w="8780" w:type="dxa"/>
          </w:tcPr>
          <w:p w14:paraId="4E773AF6" w14:textId="3D656D17" w:rsidR="00BA7FF5" w:rsidRDefault="00BA7FF5"/>
        </w:tc>
      </w:tr>
    </w:tbl>
    <w:p w14:paraId="64DDD7C4" w14:textId="39076FE5" w:rsidR="00CF1111" w:rsidRPr="00817451" w:rsidRDefault="00B22B7C">
      <w:r w:rsidRPr="00817451">
        <w:br/>
      </w:r>
      <w:r w:rsidRPr="00030709">
        <w:rPr>
          <w:u w:val="single"/>
        </w:rPr>
        <w:t>Typ akce (zaškrtněte</w:t>
      </w:r>
      <w:r w:rsidR="00D81127">
        <w:rPr>
          <w:u w:val="single"/>
        </w:rPr>
        <w:t xml:space="preserve"> převažující typ akce</w:t>
      </w:r>
      <w:r w:rsidRPr="00030709">
        <w:rPr>
          <w:u w:val="single"/>
        </w:rPr>
        <w:t>):</w:t>
      </w:r>
      <w:r w:rsidRPr="00817451">
        <w:br/>
      </w:r>
      <w:sdt>
        <w:sdtPr>
          <w:id w:val="39878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552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kulturní</w:t>
      </w:r>
      <w:r w:rsidRPr="00817451">
        <w:br/>
      </w:r>
      <w:sdt>
        <w:sdtPr>
          <w:id w:val="171962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872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Pr="00817451">
        <w:t>komunitní</w:t>
      </w:r>
      <w:r w:rsidRPr="00817451">
        <w:br/>
      </w:r>
      <w:sdt>
        <w:sdtPr>
          <w:id w:val="3195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Pr="00817451">
        <w:t>sportovní</w:t>
      </w:r>
      <w:r w:rsidRPr="00817451">
        <w:br/>
      </w:r>
      <w:sdt>
        <w:sdtPr>
          <w:id w:val="-24858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Pr="00817451">
        <w:t>rodinná / pro děti</w:t>
      </w:r>
      <w:r w:rsidRPr="00817451">
        <w:br/>
      </w:r>
      <w:sdt>
        <w:sdtPr>
          <w:id w:val="191126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jiná: </w:t>
      </w:r>
      <w:r w:rsidRPr="00817451">
        <w:br/>
      </w:r>
    </w:p>
    <w:p w14:paraId="2DAB6C18" w14:textId="77777777" w:rsidR="00CF1111" w:rsidRPr="00817451" w:rsidRDefault="00B22B7C">
      <w:pPr>
        <w:pStyle w:val="Nadpis2"/>
      </w:pPr>
      <w:r w:rsidRPr="00817451">
        <w:t>3. Veřejnost a komunitní přínos</w:t>
      </w:r>
    </w:p>
    <w:p w14:paraId="5FE56F69" w14:textId="379A7CB7" w:rsidR="00CF1111" w:rsidRPr="00817451" w:rsidRDefault="00B22B7C" w:rsidP="00BA7FF5">
      <w:r w:rsidRPr="00BA7FF5">
        <w:rPr>
          <w:u w:val="single"/>
        </w:rPr>
        <w:t>Akce je</w:t>
      </w:r>
      <w:r w:rsidRPr="00817451">
        <w:t>:</w:t>
      </w:r>
      <w:r w:rsidRPr="00817451">
        <w:br/>
      </w:r>
      <w:sdt>
        <w:sdtPr>
          <w:id w:val="-50695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Pr="00817451">
        <w:t>otevřená veřejnosti</w:t>
      </w:r>
      <w:r w:rsidR="00817451">
        <w:t xml:space="preserve"> – převážně zaměřena na jednu cílovou skupinu </w:t>
      </w:r>
      <w:r w:rsidRPr="00817451">
        <w:br/>
      </w:r>
      <w:sdt>
        <w:sdtPr>
          <w:id w:val="-667325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872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="00817451">
        <w:t>otevřená pro širokou veřejnost – převážně v rámc</w:t>
      </w:r>
      <w:r w:rsidR="00C27552">
        <w:t>i</w:t>
      </w:r>
      <w:r w:rsidR="00817451">
        <w:t xml:space="preserve"> obce</w:t>
      </w:r>
      <w:r w:rsidRPr="00817451">
        <w:br/>
      </w:r>
      <w:sdt>
        <w:sdtPr>
          <w:id w:val="77190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="00817451">
        <w:t>otevřena pro širokou veřejnost v rámci více obcí</w:t>
      </w:r>
      <w:r w:rsidRPr="00817451">
        <w:br/>
      </w:r>
    </w:p>
    <w:p w14:paraId="7FF008E6" w14:textId="294C651A" w:rsidR="00CF1111" w:rsidRDefault="00B22B7C" w:rsidP="00C27552">
      <w:r w:rsidRPr="00BA7FF5">
        <w:rPr>
          <w:u w:val="single"/>
        </w:rPr>
        <w:t>Jak akce podporuje komunitní život v obci/regionu:</w:t>
      </w:r>
      <w:r w:rsidRPr="00BA7FF5">
        <w:rPr>
          <w:u w:val="single"/>
        </w:rPr>
        <w:br/>
      </w:r>
    </w:p>
    <w:p w14:paraId="16B54481" w14:textId="77777777" w:rsidR="00017872" w:rsidRPr="00817451" w:rsidRDefault="00017872" w:rsidP="00C27552"/>
    <w:p w14:paraId="36926620" w14:textId="77777777" w:rsidR="00CF1111" w:rsidRPr="00817451" w:rsidRDefault="00B22B7C">
      <w:pPr>
        <w:pStyle w:val="Nadpis2"/>
      </w:pPr>
      <w:r w:rsidRPr="00817451">
        <w:lastRenderedPageBreak/>
        <w:t>4. Dosah akce</w:t>
      </w:r>
    </w:p>
    <w:p w14:paraId="794DB6AE" w14:textId="77777777" w:rsidR="00BA7FF5" w:rsidRDefault="00BA7FF5">
      <w:pPr>
        <w:sectPr w:rsidR="00BA7FF5" w:rsidSect="002674F0">
          <w:pgSz w:w="12240" w:h="15840"/>
          <w:pgMar w:top="567" w:right="1800" w:bottom="1440" w:left="1800" w:header="720" w:footer="720" w:gutter="0"/>
          <w:cols w:space="720"/>
          <w:docGrid w:linePitch="360"/>
        </w:sectPr>
      </w:pPr>
    </w:p>
    <w:p w14:paraId="2964BC28" w14:textId="58632A2F" w:rsidR="00CF1111" w:rsidRDefault="00B22B7C">
      <w:r w:rsidRPr="00BA7FF5">
        <w:rPr>
          <w:u w:val="single"/>
        </w:rPr>
        <w:t>Předpokládaná návštěvnost:</w:t>
      </w:r>
      <w:r w:rsidRPr="00817451">
        <w:br/>
      </w:r>
      <w:sdt>
        <w:sdtPr>
          <w:id w:val="-1514685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do 50 osob</w:t>
      </w:r>
      <w:r w:rsidRPr="00817451">
        <w:br/>
      </w:r>
      <w:sdt>
        <w:sdtPr>
          <w:id w:val="193563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872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50–150</w:t>
      </w:r>
      <w:r w:rsidRPr="00817451">
        <w:br/>
      </w:r>
      <w:sdt>
        <w:sdtPr>
          <w:id w:val="278151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150–500</w:t>
      </w:r>
      <w:r w:rsidRPr="00817451">
        <w:br/>
      </w:r>
      <w:sdt>
        <w:sdtPr>
          <w:id w:val="-27871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více než 500</w:t>
      </w:r>
      <w:r w:rsidRPr="00817451">
        <w:br/>
      </w:r>
    </w:p>
    <w:p w14:paraId="063E5119" w14:textId="77777777" w:rsidR="00BA7FF5" w:rsidRPr="00817451" w:rsidRDefault="00BA7FF5"/>
    <w:p w14:paraId="35662D38" w14:textId="61590024" w:rsidR="00BA7FF5" w:rsidRDefault="00B22B7C">
      <w:pPr>
        <w:sectPr w:rsidR="00BA7FF5" w:rsidSect="00BA7FF5">
          <w:type w:val="continuous"/>
          <w:pgSz w:w="12240" w:h="15840"/>
          <w:pgMar w:top="567" w:right="1800" w:bottom="1440" w:left="1800" w:header="720" w:footer="720" w:gutter="0"/>
          <w:cols w:num="2" w:space="332"/>
          <w:docGrid w:linePitch="360"/>
        </w:sectPr>
      </w:pPr>
      <w:r w:rsidRPr="00BA7FF5">
        <w:rPr>
          <w:u w:val="single"/>
        </w:rPr>
        <w:t>Cílov</w:t>
      </w:r>
      <w:r w:rsidR="00BA7FF5" w:rsidRPr="00BA7FF5">
        <w:rPr>
          <w:u w:val="single"/>
        </w:rPr>
        <w:t>á</w:t>
      </w:r>
      <w:r w:rsidRPr="00BA7FF5">
        <w:rPr>
          <w:u w:val="single"/>
        </w:rPr>
        <w:t xml:space="preserve"> skupin</w:t>
      </w:r>
      <w:r w:rsidR="00BA7FF5" w:rsidRPr="00BA7FF5">
        <w:rPr>
          <w:u w:val="single"/>
        </w:rPr>
        <w:t>a (převážně)</w:t>
      </w:r>
      <w:r w:rsidRPr="00BA7FF5">
        <w:rPr>
          <w:u w:val="single"/>
        </w:rPr>
        <w:t>:</w:t>
      </w:r>
      <w:r w:rsidRPr="00817451">
        <w:br/>
      </w:r>
      <w:sdt>
        <w:sdtPr>
          <w:id w:val="1242138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Pr="00817451">
        <w:t>děti</w:t>
      </w:r>
      <w:r w:rsidR="00AD1D15" w:rsidRPr="00817451">
        <w:t xml:space="preserve"> </w:t>
      </w:r>
      <w:r w:rsidRPr="00817451">
        <w:br/>
      </w:r>
      <w:sdt>
        <w:sdtPr>
          <w:id w:val="-37754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rodiny</w:t>
      </w:r>
      <w:r w:rsidRPr="00817451">
        <w:br/>
      </w:r>
      <w:sdt>
        <w:sdtPr>
          <w:id w:val="-179573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F5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senioři</w:t>
      </w:r>
      <w:r w:rsidR="00934B31">
        <w:br/>
      </w:r>
      <w:sdt>
        <w:sdtPr>
          <w:id w:val="-1268079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="00C64442">
        <w:t>členové a podporovatel</w:t>
      </w:r>
      <w:r w:rsidR="00AD1D15">
        <w:t xml:space="preserve">é </w:t>
      </w:r>
      <w:r w:rsidR="00C64442">
        <w:t>určitého spolku</w:t>
      </w:r>
      <w:r w:rsidRPr="00817451">
        <w:br/>
      </w:r>
      <w:sdt>
        <w:sdtPr>
          <w:id w:val="-470280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872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široká veřejnost</w:t>
      </w:r>
      <w:r w:rsidRPr="00817451">
        <w:br/>
      </w:r>
      <w:sdt>
        <w:sdtPr>
          <w:id w:val="79302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D05">
            <w:rPr>
              <w:rFonts w:ascii="MS Gothic" w:eastAsia="MS Gothic" w:hAnsi="MS Gothic" w:hint="eastAsia"/>
            </w:rPr>
            <w:t>☐</w:t>
          </w:r>
        </w:sdtContent>
      </w:sdt>
      <w:r w:rsidR="003F4D05" w:rsidRPr="00817451">
        <w:t xml:space="preserve"> </w:t>
      </w:r>
      <w:r w:rsidRPr="00817451">
        <w:t xml:space="preserve"> jiná</w:t>
      </w:r>
      <w:r w:rsidR="00AF33ED">
        <w:t xml:space="preserve"> komunita</w:t>
      </w:r>
      <w:r w:rsidRPr="00817451">
        <w:t xml:space="preserve">: </w:t>
      </w:r>
    </w:p>
    <w:p w14:paraId="5F154B9F" w14:textId="77777777" w:rsidR="00CF1111" w:rsidRPr="00817451" w:rsidRDefault="00B22B7C">
      <w:pPr>
        <w:pStyle w:val="Nadpis2"/>
      </w:pPr>
      <w:r w:rsidRPr="00817451">
        <w:t>5. Propagace akce a MAS</w:t>
      </w:r>
    </w:p>
    <w:p w14:paraId="4F030C72" w14:textId="53E4A185" w:rsidR="00CF1111" w:rsidRPr="00817451" w:rsidRDefault="00B22B7C">
      <w:r w:rsidRPr="00BA7FF5">
        <w:rPr>
          <w:u w:val="single"/>
        </w:rPr>
        <w:t>Jak bude akce propagována (zaškrtněte</w:t>
      </w:r>
      <w:r w:rsidR="00BA7FF5" w:rsidRPr="00BA7FF5">
        <w:rPr>
          <w:u w:val="single"/>
        </w:rPr>
        <w:t xml:space="preserve"> </w:t>
      </w:r>
      <w:r w:rsidR="00BA7FF5" w:rsidRPr="00BA7FF5">
        <w:rPr>
          <w:b/>
          <w:bCs/>
          <w:u w:val="single"/>
        </w:rPr>
        <w:t>alespoň 3 způsoby</w:t>
      </w:r>
      <w:r w:rsidR="00BA7FF5" w:rsidRPr="00BA7FF5">
        <w:rPr>
          <w:u w:val="single"/>
        </w:rPr>
        <w:t xml:space="preserve"> propagace</w:t>
      </w:r>
      <w:r w:rsidRPr="00BA7FF5">
        <w:rPr>
          <w:u w:val="single"/>
        </w:rPr>
        <w:t>):</w:t>
      </w:r>
      <w:r w:rsidRPr="00817451">
        <w:br/>
      </w:r>
      <w:sdt>
        <w:sdtPr>
          <w:id w:val="-1443457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872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sociální sítě</w:t>
      </w:r>
      <w:r w:rsidRPr="00817451">
        <w:br/>
      </w:r>
      <w:sdt>
        <w:sdtPr>
          <w:id w:val="109058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872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plakáty</w:t>
      </w:r>
      <w:r w:rsidRPr="00817451">
        <w:br/>
      </w:r>
      <w:sdt>
        <w:sdtPr>
          <w:id w:val="13499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34A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web obce / organizace</w:t>
      </w:r>
      <w:r w:rsidRPr="00817451">
        <w:br/>
      </w:r>
      <w:sdt>
        <w:sdtPr>
          <w:id w:val="-144098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34A">
            <w:rPr>
              <w:rFonts w:ascii="MS Gothic" w:eastAsia="MS Gothic" w:hAnsi="MS Gothic" w:hint="eastAsia"/>
            </w:rPr>
            <w:t>☐</w:t>
          </w:r>
        </w:sdtContent>
      </w:sdt>
      <w:r w:rsidR="00AB634A" w:rsidRPr="00817451">
        <w:t xml:space="preserve"> </w:t>
      </w:r>
      <w:r w:rsidR="00817451">
        <w:t>místní periodikum</w:t>
      </w:r>
      <w:r w:rsidR="00817451" w:rsidRPr="00817451">
        <w:t xml:space="preserve"> </w:t>
      </w:r>
      <w:r w:rsidRPr="00817451">
        <w:br/>
      </w:r>
      <w:sdt>
        <w:sdtPr>
          <w:id w:val="1087805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872">
            <w:rPr>
              <w:rFonts w:ascii="MS Gothic" w:eastAsia="MS Gothic" w:hAnsi="MS Gothic" w:hint="eastAsia"/>
            </w:rPr>
            <w:t>☐</w:t>
          </w:r>
        </w:sdtContent>
      </w:sdt>
      <w:r w:rsidRPr="00817451">
        <w:t xml:space="preserve"> ústní propagace MAS během akce </w:t>
      </w:r>
      <w:r w:rsidRPr="00817451">
        <w:br/>
      </w:r>
      <w:sdt>
        <w:sdtPr>
          <w:id w:val="4681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34A">
            <w:rPr>
              <w:rFonts w:ascii="MS Gothic" w:eastAsia="MS Gothic" w:hAnsi="MS Gothic" w:hint="eastAsia"/>
            </w:rPr>
            <w:t>☐</w:t>
          </w:r>
        </w:sdtContent>
      </w:sdt>
      <w:r w:rsidR="00AB634A" w:rsidRPr="00817451">
        <w:t xml:space="preserve"> </w:t>
      </w:r>
      <w:r w:rsidRPr="00817451">
        <w:t>jinak: __________</w:t>
      </w:r>
      <w:r w:rsidRPr="00817451">
        <w:br/>
      </w:r>
    </w:p>
    <w:p w14:paraId="43014AA7" w14:textId="77777777" w:rsidR="00CF1111" w:rsidRPr="00817451" w:rsidRDefault="00B22B7C">
      <w:pPr>
        <w:pStyle w:val="Nadpis2"/>
      </w:pPr>
      <w:r w:rsidRPr="00817451">
        <w:t>6. Spolupráce</w:t>
      </w:r>
    </w:p>
    <w:p w14:paraId="15E07640" w14:textId="77777777" w:rsidR="00017872" w:rsidRDefault="00B22B7C">
      <w:r w:rsidRPr="00BA7FF5">
        <w:rPr>
          <w:u w:val="single"/>
        </w:rPr>
        <w:t>Partneři zapojení do akce a jejich role</w:t>
      </w:r>
      <w:r w:rsidR="00BA7FF5" w:rsidRPr="00BA7FF5">
        <w:rPr>
          <w:u w:val="single"/>
        </w:rPr>
        <w:t xml:space="preserve"> (nepovinné)</w:t>
      </w:r>
      <w:r w:rsidRPr="00BA7FF5">
        <w:rPr>
          <w:u w:val="single"/>
        </w:rPr>
        <w:t>:</w:t>
      </w:r>
      <w:r w:rsidRPr="00817451">
        <w:br/>
      </w:r>
    </w:p>
    <w:p w14:paraId="2399CF52" w14:textId="1B1F2BCF" w:rsidR="00CF1111" w:rsidRPr="00817451" w:rsidRDefault="00B22B7C">
      <w:r w:rsidRPr="00817451">
        <w:br/>
      </w:r>
    </w:p>
    <w:p w14:paraId="5EB350C8" w14:textId="77777777" w:rsidR="00CF1111" w:rsidRPr="00817451" w:rsidRDefault="00B22B7C">
      <w:pPr>
        <w:pStyle w:val="Nadpis2"/>
      </w:pPr>
      <w:r w:rsidRPr="00817451">
        <w:t>7. Finanční rámec</w:t>
      </w:r>
    </w:p>
    <w:tbl>
      <w:tblPr>
        <w:tblStyle w:val="Mkatabulky"/>
        <w:tblpPr w:leftFromText="141" w:rightFromText="141" w:vertAnchor="text" w:horzAnchor="page" w:tblpX="6365" w:tblpY="25"/>
        <w:tblW w:w="2631" w:type="dxa"/>
        <w:tblLook w:val="04A0" w:firstRow="1" w:lastRow="0" w:firstColumn="1" w:lastColumn="0" w:noHBand="0" w:noVBand="1"/>
      </w:tblPr>
      <w:tblGrid>
        <w:gridCol w:w="2631"/>
      </w:tblGrid>
      <w:tr w:rsidR="00BA7FF5" w14:paraId="57B09A62" w14:textId="77777777" w:rsidTr="00BA7FF5">
        <w:tc>
          <w:tcPr>
            <w:tcW w:w="2631" w:type="dxa"/>
          </w:tcPr>
          <w:p w14:paraId="5E074360" w14:textId="05B727D9" w:rsidR="00BA7FF5" w:rsidRDefault="00BA7FF5" w:rsidP="00BA7FF5">
            <w:pPr>
              <w:jc w:val="right"/>
            </w:pPr>
            <w:r>
              <w:t>Kč</w:t>
            </w:r>
          </w:p>
        </w:tc>
      </w:tr>
    </w:tbl>
    <w:p w14:paraId="32DA9D3C" w14:textId="0BF2CDE1" w:rsidR="00BA7FF5" w:rsidRPr="00817451" w:rsidRDefault="00BA7FF5">
      <w:r w:rsidRPr="00817451">
        <w:t xml:space="preserve"> </w:t>
      </w:r>
      <w:r w:rsidR="00B22B7C" w:rsidRPr="00817451">
        <w:t>Předpokládané náklady akce (orientačně):</w:t>
      </w:r>
      <w:r>
        <w:t xml:space="preserve"> </w:t>
      </w:r>
    </w:p>
    <w:p w14:paraId="40765A16" w14:textId="77777777" w:rsidR="00BA7FF5" w:rsidRDefault="00BA7FF5"/>
    <w:p w14:paraId="0260E92F" w14:textId="6734843C" w:rsidR="00BA7FF5" w:rsidRDefault="00BA7FF5" w:rsidP="00BA7FF5">
      <w:pPr>
        <w:pStyle w:val="Nadpis2"/>
      </w:pPr>
      <w:r>
        <w:t>8. Prohlášení</w:t>
      </w:r>
    </w:p>
    <w:p w14:paraId="3877EEE5" w14:textId="76407692" w:rsidR="00BA7FF5" w:rsidRDefault="00B22B7C">
      <w:r w:rsidRPr="00817451">
        <w:t>Pořadatel prohlašuje, že akce je veřejně přístupná a zajistí uvedené formy propagace MAS.</w:t>
      </w:r>
      <w:r w:rsidR="00817451">
        <w:t xml:space="preserve"> Rovněž se zavazuji zaslat na MAS závěrečnou zprávu s přílohami </w:t>
      </w:r>
      <w:r w:rsidR="00817451" w:rsidRPr="00D81127">
        <w:rPr>
          <w:b/>
          <w:bCs/>
        </w:rPr>
        <w:t xml:space="preserve">nejpozději do </w:t>
      </w:r>
      <w:r w:rsidR="00BA7FF5" w:rsidRPr="00D81127">
        <w:rPr>
          <w:b/>
          <w:bCs/>
        </w:rPr>
        <w:t>3</w:t>
      </w:r>
      <w:r w:rsidR="00817451" w:rsidRPr="00D81127">
        <w:rPr>
          <w:b/>
          <w:bCs/>
        </w:rPr>
        <w:t>0 dnů od ukončení akce.</w:t>
      </w:r>
      <w:r w:rsidR="00817451">
        <w:t xml:space="preserve"> V </w:t>
      </w:r>
      <w:r w:rsidR="000A7CD0">
        <w:t>p</w:t>
      </w:r>
      <w:r w:rsidR="00817451">
        <w:t>řípadě prosincových akcí nejpozději do 29.12.2026</w:t>
      </w:r>
      <w:r w:rsidR="000A7CD0">
        <w:t>.</w:t>
      </w:r>
      <w:r w:rsidRPr="00817451">
        <w:br/>
      </w:r>
    </w:p>
    <w:p w14:paraId="2944ECB6" w14:textId="6E14CE62" w:rsidR="00017872" w:rsidRDefault="00B22B7C">
      <w:r w:rsidRPr="00817451">
        <w:t>V</w:t>
      </w:r>
      <w:r w:rsidR="00017872">
        <w:t xml:space="preserve">                  </w:t>
      </w:r>
      <w:r w:rsidR="00D81127">
        <w:t xml:space="preserve">                     </w:t>
      </w:r>
      <w:r w:rsidRPr="00817451">
        <w:t>dne</w:t>
      </w:r>
      <w:r w:rsidR="00B7442C">
        <w:t xml:space="preserve"> </w:t>
      </w:r>
    </w:p>
    <w:p w14:paraId="1E7BC279" w14:textId="04143BF7" w:rsidR="00BA7FF5" w:rsidRDefault="00BA7FF5"/>
    <w:p w14:paraId="7047015A" w14:textId="5ADE5550" w:rsidR="00CF1111" w:rsidRPr="00632878" w:rsidRDefault="00B22B7C">
      <w:pPr>
        <w:rPr>
          <w:lang w:val="pl-PL"/>
        </w:rPr>
      </w:pPr>
      <w:r w:rsidRPr="00817451">
        <w:t>Podpis pořadatele: __________________________</w:t>
      </w:r>
      <w:r w:rsidRPr="00817451">
        <w:br/>
      </w:r>
    </w:p>
    <w:sectPr w:rsidR="00CF1111" w:rsidRPr="00632878" w:rsidSect="00BA7FF5">
      <w:type w:val="continuous"/>
      <w:pgSz w:w="12240" w:h="15840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3087408">
    <w:abstractNumId w:val="8"/>
  </w:num>
  <w:num w:numId="2" w16cid:durableId="409348131">
    <w:abstractNumId w:val="6"/>
  </w:num>
  <w:num w:numId="3" w16cid:durableId="189034381">
    <w:abstractNumId w:val="5"/>
  </w:num>
  <w:num w:numId="4" w16cid:durableId="483425415">
    <w:abstractNumId w:val="4"/>
  </w:num>
  <w:num w:numId="5" w16cid:durableId="1917862360">
    <w:abstractNumId w:val="7"/>
  </w:num>
  <w:num w:numId="6" w16cid:durableId="380834291">
    <w:abstractNumId w:val="3"/>
  </w:num>
  <w:num w:numId="7" w16cid:durableId="622880714">
    <w:abstractNumId w:val="2"/>
  </w:num>
  <w:num w:numId="8" w16cid:durableId="825777234">
    <w:abstractNumId w:val="1"/>
  </w:num>
  <w:num w:numId="9" w16cid:durableId="122016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872"/>
    <w:rsid w:val="0002447C"/>
    <w:rsid w:val="00030709"/>
    <w:rsid w:val="00034616"/>
    <w:rsid w:val="0004768A"/>
    <w:rsid w:val="0006063C"/>
    <w:rsid w:val="000A7CD0"/>
    <w:rsid w:val="0015074B"/>
    <w:rsid w:val="002674F0"/>
    <w:rsid w:val="00273F16"/>
    <w:rsid w:val="0029639D"/>
    <w:rsid w:val="00326F90"/>
    <w:rsid w:val="003F4D05"/>
    <w:rsid w:val="006019C2"/>
    <w:rsid w:val="00632878"/>
    <w:rsid w:val="00817451"/>
    <w:rsid w:val="00876EE7"/>
    <w:rsid w:val="00912E80"/>
    <w:rsid w:val="00934B31"/>
    <w:rsid w:val="00AA1D8D"/>
    <w:rsid w:val="00AB634A"/>
    <w:rsid w:val="00AD1D15"/>
    <w:rsid w:val="00AF33ED"/>
    <w:rsid w:val="00B22B7C"/>
    <w:rsid w:val="00B47730"/>
    <w:rsid w:val="00B7442C"/>
    <w:rsid w:val="00BA7FF5"/>
    <w:rsid w:val="00C27552"/>
    <w:rsid w:val="00C47954"/>
    <w:rsid w:val="00C64442"/>
    <w:rsid w:val="00CB0664"/>
    <w:rsid w:val="00CF1111"/>
    <w:rsid w:val="00D81127"/>
    <w:rsid w:val="00FB05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CDC42"/>
  <w14:defaultImageDpi w14:val="300"/>
  <w15:docId w15:val="{F3A01ECA-E908-4700-BAFD-0F1B5A5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3F4D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Alena Klacková</cp:lastModifiedBy>
  <cp:revision>4</cp:revision>
  <dcterms:created xsi:type="dcterms:W3CDTF">2026-03-20T08:05:00Z</dcterms:created>
  <dcterms:modified xsi:type="dcterms:W3CDTF">2026-03-20T08:23:00Z</dcterms:modified>
  <cp:category/>
</cp:coreProperties>
</file>